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E65739"/>
          <w:sz w:val="44"/>
        </w:rPr>
        <w:t>Exposé-Vorlage: Hausverkauf</w:t>
      </w:r>
    </w:p>
    <w:p>
      <w:pPr>
        <w:jc w:val="center"/>
      </w:pPr>
      <w:r>
        <w:t>Kostenlose Vorlage von IMMO PROVISIONSFREI</w:t>
      </w:r>
    </w:p>
    <w:p>
      <w:r>
        <w:t>Ersetzen Sie alle Angaben in eckigen Klammern durch geprüfte Daten. Löschen Sie nicht benötigte Zeilen und speichern Sie die fertige Datei als PDF.</w:t>
      </w:r>
    </w:p>
    <w:p>
      <w:pPr>
        <w:pStyle w:val="Heading1"/>
      </w:pPr>
      <w:r>
        <w:rPr>
          <w:color w:val="E65739"/>
        </w:rPr>
        <w:t>Eckdaten</w:t>
      </w:r>
    </w:p>
    <w:p>
      <w:pPr>
        <w:pStyle w:val="ListBullet"/>
      </w:pPr>
      <w:r>
        <w:t>Objektart: [Einfamilienhaus / Reihenhaus / Doppelhaushälfte / …]</w:t>
      </w:r>
    </w:p>
    <w:p>
      <w:pPr>
        <w:pStyle w:val="ListBullet"/>
      </w:pPr>
      <w:r>
        <w:t>Adresse: [Straße, Hausnummer, PLZ, Ort]</w:t>
      </w:r>
    </w:p>
    <w:p>
      <w:pPr>
        <w:pStyle w:val="ListBullet"/>
      </w:pPr>
      <w:r>
        <w:t>Kaufpreis: [Betrag] € · provisionsfrei</w:t>
      </w:r>
    </w:p>
    <w:p>
      <w:pPr>
        <w:pStyle w:val="ListBullet"/>
      </w:pPr>
      <w:r>
        <w:t>Wohnfläche: [Wert] m² · Nutzfläche: [Wert] m²</w:t>
      </w:r>
    </w:p>
    <w:p>
      <w:pPr>
        <w:pStyle w:val="ListBullet"/>
      </w:pPr>
      <w:r>
        <w:t>Grundstück: [Wert] m² · Zimmer: [Anzahl]</w:t>
      </w:r>
    </w:p>
    <w:p>
      <w:pPr>
        <w:pStyle w:val="ListBullet"/>
      </w:pPr>
      <w:r>
        <w:t>Baujahr: [Jahr] · verfügbar ab: [Datum]</w:t>
      </w:r>
    </w:p>
    <w:p>
      <w:pPr>
        <w:pStyle w:val="Heading1"/>
      </w:pPr>
      <w:r>
        <w:rPr>
          <w:color w:val="E65739"/>
        </w:rPr>
        <w:t>Kurzbeschreibung</w:t>
      </w:r>
    </w:p>
    <w:p>
      <w:pPr>
        <w:pStyle w:val="ListBullet"/>
      </w:pPr>
      <w:r>
        <w:t>[Objektart] mit [Anzahl] Zimmern auf [Wohnfläche] m² in [Ort/Stadtteil]. Besonders hervorzuheben sind [Merkmal 1], [Merkmal 2] und [Merkmal 3]. Das Haus eignet sich besonders für [Zielgruppe].</w:t>
      </w:r>
    </w:p>
    <w:p>
      <w:pPr>
        <w:pStyle w:val="Heading1"/>
      </w:pPr>
      <w:r>
        <w:rPr>
          <w:color w:val="E65739"/>
        </w:rPr>
        <w:t>Raumaufteilung</w:t>
      </w:r>
    </w:p>
    <w:p>
      <w:pPr>
        <w:pStyle w:val="ListBullet"/>
      </w:pPr>
      <w:r>
        <w:t>Erdgeschoss: [Räume und Besonderheiten]</w:t>
      </w:r>
    </w:p>
    <w:p>
      <w:pPr>
        <w:pStyle w:val="ListBullet"/>
      </w:pPr>
      <w:r>
        <w:t>Obergeschoss: [Räume und Besonderheiten]</w:t>
      </w:r>
    </w:p>
    <w:p>
      <w:pPr>
        <w:pStyle w:val="ListBullet"/>
      </w:pPr>
      <w:r>
        <w:t>Dach-/Untergeschoss: [Ausbau, Räume und Nutzung]</w:t>
      </w:r>
    </w:p>
    <w:p>
      <w:pPr>
        <w:pStyle w:val="Heading1"/>
      </w:pPr>
      <w:r>
        <w:rPr>
          <w:color w:val="E65739"/>
        </w:rPr>
        <w:t>Ausstattung und Zustand</w:t>
      </w:r>
    </w:p>
    <w:p>
      <w:pPr>
        <w:pStyle w:val="ListBullet"/>
      </w:pPr>
      <w:r>
        <w:t>Heizung: [Art, Energieträger, Baujahr]</w:t>
      </w:r>
    </w:p>
    <w:p>
      <w:pPr>
        <w:pStyle w:val="ListBullet"/>
      </w:pPr>
      <w:r>
        <w:t>Fenster: [Material, Verglasung, Baujahr]</w:t>
      </w:r>
    </w:p>
    <w:p>
      <w:pPr>
        <w:pStyle w:val="ListBullet"/>
      </w:pPr>
      <w:r>
        <w:t>Böden / Bad / Küche: [konkrete Angaben]</w:t>
      </w:r>
    </w:p>
    <w:p>
      <w:pPr>
        <w:pStyle w:val="ListBullet"/>
      </w:pPr>
      <w:r>
        <w:t>Modernisierungen: [Maßnahme und Jahr]</w:t>
      </w:r>
    </w:p>
    <w:p>
      <w:pPr>
        <w:pStyle w:val="ListBullet"/>
      </w:pPr>
      <w:r>
        <w:t>Bekannte Mängel: [Mangel oder „keine bekannt“]</w:t>
      </w:r>
    </w:p>
    <w:p>
      <w:pPr>
        <w:pStyle w:val="Heading1"/>
      </w:pPr>
      <w:r>
        <w:rPr>
          <w:color w:val="E65739"/>
        </w:rPr>
        <w:t>Grundstück und Außenbereich</w:t>
      </w:r>
    </w:p>
    <w:p>
      <w:pPr>
        <w:pStyle w:val="ListBullet"/>
      </w:pPr>
      <w:r>
        <w:t>Garten/Terrasse/Balkon: [Größe, Ausrichtung, Zustand]</w:t>
      </w:r>
    </w:p>
    <w:p>
      <w:pPr>
        <w:pStyle w:val="ListBullet"/>
      </w:pPr>
      <w:r>
        <w:t>Garage/Stellplatz: [Anzahl und Art]</w:t>
      </w:r>
    </w:p>
    <w:p>
      <w:pPr>
        <w:pStyle w:val="ListBullet"/>
      </w:pPr>
      <w:r>
        <w:t>Erschließung/Besonderheiten: [Angaben]</w:t>
      </w:r>
    </w:p>
    <w:p>
      <w:pPr>
        <w:pStyle w:val="Heading1"/>
      </w:pPr>
      <w:r>
        <w:rPr>
          <w:color w:val="E65739"/>
        </w:rPr>
        <w:t>Lage</w:t>
      </w:r>
    </w:p>
    <w:p>
      <w:pPr>
        <w:pStyle w:val="ListBullet"/>
      </w:pPr>
      <w:r>
        <w:t>ÖPNV: [Haltestelle und Gehminuten]</w:t>
      </w:r>
    </w:p>
    <w:p>
      <w:pPr>
        <w:pStyle w:val="ListBullet"/>
      </w:pPr>
      <w:r>
        <w:t>Einkaufen / Schule / Kita / Ärzte: [Entfernungen]</w:t>
      </w:r>
    </w:p>
    <w:p>
      <w:pPr>
        <w:pStyle w:val="ListBullet"/>
      </w:pPr>
      <w:r>
        <w:t>Verkehr, Parken, Lärm und Grünflächen: [ehrliche Angaben]</w:t>
      </w:r>
    </w:p>
    <w:p>
      <w:pPr>
        <w:pStyle w:val="Heading1"/>
      </w:pPr>
      <w:r>
        <w:rPr>
          <w:color w:val="E65739"/>
        </w:rPr>
        <w:t>Energieausweis</w:t>
      </w:r>
    </w:p>
    <w:p>
      <w:pPr>
        <w:pStyle w:val="ListBullet"/>
      </w:pPr>
      <w:r>
        <w:t>Ausweisart: [Bedarfsausweis / Verbrauchsausweis]</w:t>
      </w:r>
    </w:p>
    <w:p>
      <w:pPr>
        <w:pStyle w:val="ListBullet"/>
      </w:pPr>
      <w:r>
        <w:t>Endenergiebedarf/-verbrauch: [Wert] kWh/(m²·a)</w:t>
      </w:r>
    </w:p>
    <w:p>
      <w:pPr>
        <w:pStyle w:val="ListBullet"/>
      </w:pPr>
      <w:r>
        <w:t>Wesentlicher Energieträger: [Angabe]</w:t>
      </w:r>
    </w:p>
    <w:p>
      <w:pPr>
        <w:pStyle w:val="ListBullet"/>
      </w:pPr>
      <w:r>
        <w:t>Baujahr laut Ausweis: [Jahr] · Effizienzklasse: [Klasse]</w:t>
      </w:r>
    </w:p>
    <w:p>
      <w:pPr>
        <w:pStyle w:val="Heading1"/>
      </w:pPr>
      <w:r>
        <w:rPr>
          <w:color w:val="E65739"/>
        </w:rPr>
        <w:t>Fotos und Grundriss</w:t>
      </w:r>
    </w:p>
    <w:p>
      <w:pPr>
        <w:pStyle w:val="ListBullet"/>
      </w:pPr>
      <w:r>
        <w:t>[Titelbild] · [Wohnräume] · [Küche] · [Bad] · [Außenbereich] · [Grundriss]</w:t>
      </w:r>
    </w:p>
    <w:p>
      <w:pPr>
        <w:pStyle w:val="ListBullet"/>
      </w:pPr>
      <w:r>
        <w:t>Tipp: 15–25 helle, aktuelle Fotos verwenden und die Räume nicht beschönigen.</w:t>
      </w:r>
    </w:p>
    <w:p>
      <w:pPr>
        <w:pStyle w:val="Heading1"/>
      </w:pPr>
      <w:r>
        <w:rPr>
          <w:color w:val="E65739"/>
        </w:rPr>
        <w:t>Besichtigung und Kontakt</w:t>
      </w:r>
    </w:p>
    <w:p>
      <w:pPr>
        <w:pStyle w:val="ListBullet"/>
      </w:pPr>
      <w:r>
        <w:t>Besichtigungszeiten: [Termine]</w:t>
      </w:r>
    </w:p>
    <w:p>
      <w:pPr>
        <w:pStyle w:val="ListBullet"/>
      </w:pPr>
      <w:r>
        <w:t>Kontakt: [Name, Telefon, E-Mail]</w:t>
      </w:r>
    </w:p>
    <w:p>
      <w:pPr>
        <w:pStyle w:val="ListBullet"/>
      </w:pPr>
      <w:r>
        <w:t>Weitere Unterlagen erhalten Interessenten nach [Voraussetzung].</w:t>
      </w:r>
    </w:p>
    <w:p>
      <w:pPr>
        <w:pStyle w:val="Heading1"/>
      </w:pPr>
      <w:r>
        <w:rPr>
          <w:color w:val="E65739"/>
        </w:rPr>
        <w:t>Prüfliste vor der Veröffentlichung</w:t>
      </w:r>
    </w:p>
    <w:p>
      <w:r>
        <w:t>□ Flächen, Baujahr und Preise mit den Unterlagen abgeglichen</w:t>
      </w:r>
    </w:p>
    <w:p>
      <w:r>
        <w:t>□ Energieausweis-Angaben vollständig übernommen</w:t>
      </w:r>
    </w:p>
    <w:p>
      <w:r>
        <w:t>□ Bekannte Mängel sachlich genannt</w:t>
      </w:r>
    </w:p>
    <w:p>
      <w:r>
        <w:t>□ Fotos aktuell, hell und ohne persönliche Daten</w:t>
      </w:r>
    </w:p>
    <w:p>
      <w:r>
        <w:t>□ Grundriss lesbar und Flächenangaben plausibel</w:t>
      </w:r>
    </w:p>
    <w:p>
      <w:r>
        <w:t>□ Kontaktdaten und Besichtigungsablauf ergänzt</w:t>
      </w:r>
    </w:p>
    <w:p>
      <w:r>
        <w:t>□ Texte korrekturgelesen, alle Platzhalter entfernt</w:t>
      </w:r>
    </w:p>
    <w:p>
      <w:r>
        <w:t>Hinweis: Diese Vorlage ist eine allgemeine Arbeitshilfe und keine Rechtsberatung. Stand: 17.10.2026 · immo-provisionsfrei.de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