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E65739"/>
          <w:sz w:val="44"/>
        </w:rPr>
        <w:t>Exposé-Vorlage: Wohnung</w:t>
      </w:r>
    </w:p>
    <w:p>
      <w:pPr>
        <w:jc w:val="center"/>
      </w:pPr>
      <w:r>
        <w:t>Kostenlose Vorlage von IMMO PROVISIONSFREI</w:t>
      </w:r>
    </w:p>
    <w:p>
      <w:r>
        <w:t>Ersetzen Sie alle Angaben in eckigen Klammern durch geprüfte Daten. Löschen Sie nicht benötigte Zeilen und speichern Sie die fertige Datei als PDF.</w:t>
      </w:r>
    </w:p>
    <w:p>
      <w:pPr>
        <w:pStyle w:val="Heading1"/>
      </w:pPr>
      <w:r>
        <w:rPr>
          <w:color w:val="E65739"/>
        </w:rPr>
        <w:t>Eckdaten</w:t>
      </w:r>
    </w:p>
    <w:p>
      <w:pPr>
        <w:pStyle w:val="ListBullet"/>
      </w:pPr>
      <w:r>
        <w:t>Objektart: [Eigentumswohnung / Mietwohnung]</w:t>
      </w:r>
    </w:p>
    <w:p>
      <w:pPr>
        <w:pStyle w:val="ListBullet"/>
      </w:pPr>
      <w:r>
        <w:t>Adresse: [Straße, Hausnummer, PLZ, Ort]</w:t>
      </w:r>
    </w:p>
    <w:p>
      <w:pPr>
        <w:pStyle w:val="ListBullet"/>
      </w:pPr>
      <w:r>
        <w:t>Kaufpreis oder Kaltmiete: [Betrag] € · provisionsfrei</w:t>
      </w:r>
    </w:p>
    <w:p>
      <w:pPr>
        <w:pStyle w:val="ListBullet"/>
      </w:pPr>
      <w:r>
        <w:t>Wohnfläche: [Wert] m² · Zimmer: [Anzahl]</w:t>
      </w:r>
    </w:p>
    <w:p>
      <w:pPr>
        <w:pStyle w:val="ListBullet"/>
      </w:pPr>
      <w:r>
        <w:t>Etage: [Etage] · Aufzug: [ja/nein]</w:t>
      </w:r>
    </w:p>
    <w:p>
      <w:pPr>
        <w:pStyle w:val="ListBullet"/>
      </w:pPr>
      <w:r>
        <w:t>Hausgeld/Nebenkosten: [Betrag] € · verfügbar ab: [Datum]</w:t>
      </w:r>
    </w:p>
    <w:p>
      <w:pPr>
        <w:pStyle w:val="Heading1"/>
      </w:pPr>
      <w:r>
        <w:rPr>
          <w:color w:val="E65739"/>
        </w:rPr>
        <w:t>Kurzbeschreibung</w:t>
      </w:r>
    </w:p>
    <w:p>
      <w:pPr>
        <w:pStyle w:val="ListBullet"/>
      </w:pPr>
      <w:r>
        <w:t>Die [helle/ruhige/gut geschnittene] Wohnung bietet auf [Wohnfläche] m² [Anzahl] Zimmer und [besonderes Merkmal]. Sie liegt im [Stockwerk] eines [Gebäudeart] aus dem Jahr [Baujahr] und eignet sich besonders für [Zielgruppe].</w:t>
      </w:r>
    </w:p>
    <w:p>
      <w:pPr>
        <w:pStyle w:val="Heading1"/>
      </w:pPr>
      <w:r>
        <w:rPr>
          <w:color w:val="E65739"/>
        </w:rPr>
        <w:t>Raumaufteilung</w:t>
      </w:r>
    </w:p>
    <w:p>
      <w:pPr>
        <w:pStyle w:val="ListBullet"/>
      </w:pPr>
      <w:r>
        <w:t>Wohnzimmer: [Größe, Ausrichtung, Besonderheit]</w:t>
      </w:r>
    </w:p>
    <w:p>
      <w:pPr>
        <w:pStyle w:val="ListBullet"/>
      </w:pPr>
      <w:r>
        <w:t>Schlaf-/Arbeitszimmer: [Angaben]</w:t>
      </w:r>
    </w:p>
    <w:p>
      <w:pPr>
        <w:pStyle w:val="ListBullet"/>
      </w:pPr>
      <w:r>
        <w:t>Küche und Bad: [Ausstattung]</w:t>
      </w:r>
    </w:p>
    <w:p>
      <w:pPr>
        <w:pStyle w:val="ListBullet"/>
      </w:pPr>
      <w:r>
        <w:t>Balkon/Keller/Stellplatz: [Angaben]</w:t>
      </w:r>
    </w:p>
    <w:p>
      <w:pPr>
        <w:pStyle w:val="Heading1"/>
      </w:pPr>
      <w:r>
        <w:rPr>
          <w:color w:val="E65739"/>
        </w:rPr>
        <w:t>Ausstattung und Zustand</w:t>
      </w:r>
    </w:p>
    <w:p>
      <w:pPr>
        <w:pStyle w:val="ListBullet"/>
      </w:pPr>
      <w:r>
        <w:t>Heizung: [Art, Energieträger, Baujahr]</w:t>
      </w:r>
    </w:p>
    <w:p>
      <w:pPr>
        <w:pStyle w:val="ListBullet"/>
      </w:pPr>
      <w:r>
        <w:t>Fenster: [Material, Verglasung, Baujahr]</w:t>
      </w:r>
    </w:p>
    <w:p>
      <w:pPr>
        <w:pStyle w:val="ListBullet"/>
      </w:pPr>
      <w:r>
        <w:t>Böden / Bad / Küche: [konkrete Angaben]</w:t>
      </w:r>
    </w:p>
    <w:p>
      <w:pPr>
        <w:pStyle w:val="ListBullet"/>
      </w:pPr>
      <w:r>
        <w:t>Modernisierungen: [Maßnahme und Jahr]</w:t>
      </w:r>
    </w:p>
    <w:p>
      <w:pPr>
        <w:pStyle w:val="ListBullet"/>
      </w:pPr>
      <w:r>
        <w:t>Bekannte Mängel: [Mangel oder „keine bekannt“]</w:t>
      </w:r>
    </w:p>
    <w:p>
      <w:pPr>
        <w:pStyle w:val="Heading1"/>
      </w:pPr>
      <w:r>
        <w:rPr>
          <w:color w:val="E65739"/>
        </w:rPr>
        <w:t>WEG-Angaben bei Eigentumswohnungen</w:t>
      </w:r>
    </w:p>
    <w:p>
      <w:pPr>
        <w:pStyle w:val="ListBullet"/>
      </w:pPr>
      <w:r>
        <w:t>Hausgeld und nicht umlagefähiger Anteil: [Betrag]</w:t>
      </w:r>
    </w:p>
    <w:p>
      <w:pPr>
        <w:pStyle w:val="ListBullet"/>
      </w:pPr>
      <w:r>
        <w:t>Erhaltungsrücklage: [Angabe]</w:t>
      </w:r>
    </w:p>
    <w:p>
      <w:pPr>
        <w:pStyle w:val="ListBullet"/>
      </w:pPr>
      <w:r>
        <w:t>Miteigentumsanteil / geplante Maßnahmen: [Angaben]</w:t>
      </w:r>
    </w:p>
    <w:p>
      <w:pPr>
        <w:pStyle w:val="Heading1"/>
      </w:pPr>
      <w:r>
        <w:rPr>
          <w:color w:val="E65739"/>
        </w:rPr>
        <w:t>Lage</w:t>
      </w:r>
    </w:p>
    <w:p>
      <w:pPr>
        <w:pStyle w:val="ListBullet"/>
      </w:pPr>
      <w:r>
        <w:t>ÖPNV: [Haltestelle und Gehminuten]</w:t>
      </w:r>
    </w:p>
    <w:p>
      <w:pPr>
        <w:pStyle w:val="ListBullet"/>
      </w:pPr>
      <w:r>
        <w:t>Einkaufen / Schule / Kita / Ärzte: [Entfernungen]</w:t>
      </w:r>
    </w:p>
    <w:p>
      <w:pPr>
        <w:pStyle w:val="ListBullet"/>
      </w:pPr>
      <w:r>
        <w:t>Verkehr, Parken, Lärm und Grünflächen: [ehrliche Angaben]</w:t>
      </w:r>
    </w:p>
    <w:p>
      <w:pPr>
        <w:pStyle w:val="Heading1"/>
      </w:pPr>
      <w:r>
        <w:rPr>
          <w:color w:val="E65739"/>
        </w:rPr>
        <w:t>Energieausweis</w:t>
      </w:r>
    </w:p>
    <w:p>
      <w:pPr>
        <w:pStyle w:val="ListBullet"/>
      </w:pPr>
      <w:r>
        <w:t>Ausweisart: [Bedarfsausweis / Verbrauchsausweis]</w:t>
      </w:r>
    </w:p>
    <w:p>
      <w:pPr>
        <w:pStyle w:val="ListBullet"/>
      </w:pPr>
      <w:r>
        <w:t>Endenergiebedarf/-verbrauch: [Wert] kWh/(m²·a)</w:t>
      </w:r>
    </w:p>
    <w:p>
      <w:pPr>
        <w:pStyle w:val="ListBullet"/>
      </w:pPr>
      <w:r>
        <w:t>Wesentlicher Energieträger: [Angabe]</w:t>
      </w:r>
    </w:p>
    <w:p>
      <w:pPr>
        <w:pStyle w:val="ListBullet"/>
      </w:pPr>
      <w:r>
        <w:t>Baujahr laut Ausweis: [Jahr] · Effizienzklasse: [Klasse]</w:t>
      </w:r>
    </w:p>
    <w:p>
      <w:pPr>
        <w:pStyle w:val="Heading1"/>
      </w:pPr>
      <w:r>
        <w:rPr>
          <w:color w:val="E65739"/>
        </w:rPr>
        <w:t>Fotos und Grundriss</w:t>
      </w:r>
    </w:p>
    <w:p>
      <w:pPr>
        <w:pStyle w:val="ListBullet"/>
      </w:pPr>
      <w:r>
        <w:t>[Titelbild] · [Wohnräume] · [Küche] · [Bad] · [Außenbereich] · [Grundriss]</w:t>
      </w:r>
    </w:p>
    <w:p>
      <w:pPr>
        <w:pStyle w:val="ListBullet"/>
      </w:pPr>
      <w:r>
        <w:t>Tipp: 15–25 helle, aktuelle Fotos verwenden und die Räume nicht beschönigen.</w:t>
      </w:r>
    </w:p>
    <w:p>
      <w:pPr>
        <w:pStyle w:val="Heading1"/>
      </w:pPr>
      <w:r>
        <w:rPr>
          <w:color w:val="E65739"/>
        </w:rPr>
        <w:t>Besichtigung und Kontakt</w:t>
      </w:r>
    </w:p>
    <w:p>
      <w:pPr>
        <w:pStyle w:val="ListBullet"/>
      </w:pPr>
      <w:r>
        <w:t>Besichtigungszeiten: [Termine]</w:t>
      </w:r>
    </w:p>
    <w:p>
      <w:pPr>
        <w:pStyle w:val="ListBullet"/>
      </w:pPr>
      <w:r>
        <w:t>Kontakt: [Name, Telefon, E-Mail]</w:t>
      </w:r>
    </w:p>
    <w:p>
      <w:pPr>
        <w:pStyle w:val="ListBullet"/>
      </w:pPr>
      <w:r>
        <w:t>Weitere Unterlagen erhalten Interessenten nach [Voraussetzung].</w:t>
      </w:r>
    </w:p>
    <w:p>
      <w:pPr>
        <w:pStyle w:val="Heading1"/>
      </w:pPr>
      <w:r>
        <w:rPr>
          <w:color w:val="E65739"/>
        </w:rPr>
        <w:t>Prüfliste vor der Veröffentlichung</w:t>
      </w:r>
    </w:p>
    <w:p>
      <w:r>
        <w:t>□ Flächen, Baujahr und Preise mit den Unterlagen abgeglichen</w:t>
      </w:r>
    </w:p>
    <w:p>
      <w:r>
        <w:t>□ Energieausweis-Angaben vollständig übernommen</w:t>
      </w:r>
    </w:p>
    <w:p>
      <w:r>
        <w:t>□ Bekannte Mängel sachlich genannt</w:t>
      </w:r>
    </w:p>
    <w:p>
      <w:r>
        <w:t>□ Fotos aktuell, hell und ohne persönliche Daten</w:t>
      </w:r>
    </w:p>
    <w:p>
      <w:r>
        <w:t>□ Grundriss lesbar und Flächenangaben plausibel</w:t>
      </w:r>
    </w:p>
    <w:p>
      <w:r>
        <w:t>□ Kontaktdaten und Besichtigungsablauf ergänzt</w:t>
      </w:r>
    </w:p>
    <w:p>
      <w:r>
        <w:t>□ Texte korrekturgelesen, alle Platzhalter entfernt</w:t>
      </w:r>
    </w:p>
    <w:p>
      <w:r>
        <w:t>Hinweis: Diese Vorlage ist eine allgemeine Arbeitshilfe und keine Rechtsberatung. Stand: 17.10.2026 · immo-provisionsfrei.de</w:t>
      </w:r>
    </w:p>
    <w:sectPr w:rsidR="00FC693F" w:rsidRPr="0006063C" w:rsidSect="00034616"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